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66CC"/>
          <w:sz w:val="36"/>
        </w:rPr>
        <w:t>FOGLIO PRESENZE WORD DA SCARICARE GRATIS</w:t>
      </w:r>
    </w:p>
    <w:p>
      <w:pPr>
        <w:jc w:val="center"/>
      </w:pPr>
      <w:r>
        <w:rPr>
          <w:i/>
          <w:color w:val="646464"/>
          <w:sz w:val="24"/>
        </w:rPr>
        <w:t>Modello Mensile Stampabile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926"/>
        <w:gridCol w:w="3926"/>
        <w:gridCol w:w="3926"/>
        <w:gridCol w:w="3926"/>
      </w:tblGrid>
      <w:tr>
        <w:tc>
          <w:tcPr>
            <w:tcW w:type="dxa" w:w="2835"/>
            <w:shd w:fill="E7E6E6"/>
            <w:vAlign w:val="center"/>
          </w:tcPr>
          <w:p>
            <w:r>
              <w:rPr>
                <w:b/>
                <w:sz w:val="20"/>
              </w:rPr>
              <w:t>Azienda:</w:t>
            </w:r>
          </w:p>
        </w:tc>
        <w:tc>
          <w:tcPr>
            <w:tcW w:type="dxa" w:w="2268"/>
            <w:shd w:fill="E7E6E6"/>
            <w:vAlign w:val="center"/>
          </w:tcPr>
          <w:p>
            <w:r>
              <w:rPr>
                <w:b/>
                <w:sz w:val="20"/>
              </w:rPr>
              <w:t>Mese:</w:t>
            </w:r>
          </w:p>
        </w:tc>
        <w:tc>
          <w:tcPr>
            <w:tcW w:type="dxa" w:w="2268"/>
            <w:shd w:fill="E7E6E6"/>
            <w:vAlign w:val="center"/>
          </w:tcPr>
          <w:p>
            <w:r>
              <w:rPr>
                <w:b/>
                <w:sz w:val="20"/>
              </w:rPr>
              <w:t>Reparto:</w:t>
            </w:r>
          </w:p>
        </w:tc>
        <w:tc>
          <w:tcPr>
            <w:tcW w:type="dxa" w:w="3402"/>
            <w:shd w:fill="E7E6E6"/>
            <w:vAlign w:val="center"/>
          </w:tcPr>
          <w:p>
            <w:r>
              <w:rPr>
                <w:b/>
                <w:sz w:val="20"/>
              </w:rPr>
              <w:t>Responsabile:</w:t>
            </w:r>
          </w:p>
        </w:tc>
      </w:tr>
      <w:tr>
        <w:tc>
          <w:tcPr>
            <w:tcW w:type="dxa" w:w="2835"/>
            <w:vAlign w:val="center"/>
          </w:tcPr>
          <w:p>
            <w:r>
              <w:rPr>
                <w:color w:val="C8C8C8"/>
                <w:sz w:val="20"/>
              </w:rPr>
              <w:t>____________________</w:t>
            </w:r>
          </w:p>
        </w:tc>
        <w:tc>
          <w:tcPr>
            <w:tcW w:type="dxa" w:w="2268"/>
            <w:vAlign w:val="center"/>
          </w:tcPr>
          <w:p>
            <w:r>
              <w:rPr>
                <w:color w:val="C8C8C8"/>
                <w:sz w:val="20"/>
              </w:rPr>
              <w:t>____________________</w:t>
            </w:r>
          </w:p>
        </w:tc>
        <w:tc>
          <w:tcPr>
            <w:tcW w:type="dxa" w:w="2268"/>
            <w:vAlign w:val="center"/>
          </w:tcPr>
          <w:p>
            <w:r>
              <w:rPr>
                <w:color w:val="C8C8C8"/>
                <w:sz w:val="20"/>
              </w:rPr>
              <w:t>____________________</w:t>
            </w:r>
          </w:p>
        </w:tc>
        <w:tc>
          <w:tcPr>
            <w:tcW w:type="dxa" w:w="3402"/>
            <w:vAlign w:val="center"/>
          </w:tcPr>
          <w:p>
            <w:r>
              <w:rPr>
                <w:color w:val="C8C8C8"/>
                <w:sz w:val="20"/>
              </w:rPr>
              <w:t>____________________</w:t>
            </w:r>
          </w:p>
        </w:tc>
      </w:tr>
    </w:tbl>
    <w:p/>
    <w:p>
      <w:pPr>
        <w:jc w:val="center"/>
        <w:shd w:fill="FFF2CC"/>
      </w:pPr>
      <w:r>
        <w:rPr>
          <w:b/>
          <w:color w:val="000000"/>
          <w:sz w:val="18"/>
        </w:rPr>
        <w:t xml:space="preserve">LEGENDA CODICI: </w:t>
      </w:r>
      <w:r>
        <w:rPr>
          <w:i/>
          <w:color w:val="505050"/>
          <w:sz w:val="18"/>
        </w:rPr>
        <w:t>P = Presente  |  A = Assente  |  F = Ferie  |  M = Malattia  |  S = Smart working  |  R = Riposo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</w:tblGrid>
      <w:tr>
        <w:tc>
          <w:tcPr>
            <w:tcW w:type="dxa" w:w="2268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Nome e Cognome</w:t>
            </w:r>
          </w:p>
        </w:tc>
        <w:tc>
          <w:tcPr>
            <w:tcW w:type="dxa" w:w="1701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Ruolo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3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4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5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6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7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8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9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10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11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12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13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14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15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16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17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18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19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20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21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22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23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24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25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26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27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28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29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30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31</w:t>
            </w:r>
          </w:p>
        </w:tc>
        <w:tc>
          <w:tcPr>
            <w:tcW w:type="dxa" w:w="85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Tot.</w:t>
              <w:br/>
              <w:t>Presenze</w:t>
            </w:r>
          </w:p>
        </w:tc>
        <w:tc>
          <w:tcPr>
            <w:tcW w:type="dxa" w:w="85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Tot.</w:t>
              <w:br/>
              <w:t>Assenze</w:t>
            </w:r>
          </w:p>
        </w:tc>
        <w:tc>
          <w:tcPr>
            <w:tcW w:type="dxa" w:w="737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Ferie</w:t>
            </w:r>
          </w:p>
        </w:tc>
        <w:tc>
          <w:tcPr>
            <w:tcW w:type="dxa" w:w="85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Malattia</w:t>
            </w:r>
          </w:p>
        </w:tc>
        <w:tc>
          <w:tcPr>
            <w:tcW w:type="dxa" w:w="1417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Firma</w:t>
            </w:r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</w:tbl>
    <w:p>
      <w:pPr>
        <w:jc w:val="center"/>
      </w:pPr>
      <w:r>
        <w:rPr>
          <w:i/>
          <w:color w:val="808080"/>
          <w:sz w:val="16"/>
        </w:rPr>
        <w:t>Pagina 1 di 2 - Dipendenti 1-15</w:t>
      </w:r>
    </w:p>
    <w:p>
      <w:r>
        <w:br w:type="page"/>
      </w:r>
    </w:p>
    <w:p>
      <w:pPr>
        <w:jc w:val="center"/>
      </w:pPr>
      <w:r>
        <w:rPr>
          <w:b/>
          <w:color w:val="0066CC"/>
          <w:sz w:val="36"/>
        </w:rPr>
        <w:t>FOGLIO PRESENZE WORD DA SCARICARE GRATIS</w:t>
      </w:r>
    </w:p>
    <w:p>
      <w:pPr>
        <w:jc w:val="center"/>
      </w:pPr>
      <w:r>
        <w:rPr>
          <w:i/>
          <w:color w:val="646464"/>
          <w:sz w:val="24"/>
        </w:rPr>
        <w:t>Modello Mensile Stampabile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926"/>
        <w:gridCol w:w="3926"/>
        <w:gridCol w:w="3926"/>
        <w:gridCol w:w="3926"/>
      </w:tblGrid>
      <w:tr>
        <w:tc>
          <w:tcPr>
            <w:tcW w:type="dxa" w:w="2835"/>
            <w:shd w:fill="E7E6E6"/>
            <w:vAlign w:val="center"/>
          </w:tcPr>
          <w:p>
            <w:r>
              <w:rPr>
                <w:b/>
                <w:sz w:val="20"/>
              </w:rPr>
              <w:t>Azienda:</w:t>
            </w:r>
          </w:p>
        </w:tc>
        <w:tc>
          <w:tcPr>
            <w:tcW w:type="dxa" w:w="2268"/>
            <w:shd w:fill="E7E6E6"/>
            <w:vAlign w:val="center"/>
          </w:tcPr>
          <w:p>
            <w:r>
              <w:rPr>
                <w:b/>
                <w:sz w:val="20"/>
              </w:rPr>
              <w:t>Mese:</w:t>
            </w:r>
          </w:p>
        </w:tc>
        <w:tc>
          <w:tcPr>
            <w:tcW w:type="dxa" w:w="2268"/>
            <w:shd w:fill="E7E6E6"/>
            <w:vAlign w:val="center"/>
          </w:tcPr>
          <w:p>
            <w:r>
              <w:rPr>
                <w:b/>
                <w:sz w:val="20"/>
              </w:rPr>
              <w:t>Reparto:</w:t>
            </w:r>
          </w:p>
        </w:tc>
        <w:tc>
          <w:tcPr>
            <w:tcW w:type="dxa" w:w="3402"/>
            <w:shd w:fill="E7E6E6"/>
            <w:vAlign w:val="center"/>
          </w:tcPr>
          <w:p>
            <w:r>
              <w:rPr>
                <w:b/>
                <w:sz w:val="20"/>
              </w:rPr>
              <w:t>Responsabile:</w:t>
            </w:r>
          </w:p>
        </w:tc>
      </w:tr>
      <w:tr>
        <w:tc>
          <w:tcPr>
            <w:tcW w:type="dxa" w:w="2835"/>
            <w:vAlign w:val="center"/>
          </w:tcPr>
          <w:p>
            <w:r>
              <w:rPr>
                <w:color w:val="C8C8C8"/>
                <w:sz w:val="20"/>
              </w:rPr>
              <w:t>____________________</w:t>
            </w:r>
          </w:p>
        </w:tc>
        <w:tc>
          <w:tcPr>
            <w:tcW w:type="dxa" w:w="2268"/>
            <w:vAlign w:val="center"/>
          </w:tcPr>
          <w:p>
            <w:r>
              <w:rPr>
                <w:color w:val="C8C8C8"/>
                <w:sz w:val="20"/>
              </w:rPr>
              <w:t>____________________</w:t>
            </w:r>
          </w:p>
        </w:tc>
        <w:tc>
          <w:tcPr>
            <w:tcW w:type="dxa" w:w="2268"/>
            <w:vAlign w:val="center"/>
          </w:tcPr>
          <w:p>
            <w:r>
              <w:rPr>
                <w:color w:val="C8C8C8"/>
                <w:sz w:val="20"/>
              </w:rPr>
              <w:t>____________________</w:t>
            </w:r>
          </w:p>
        </w:tc>
        <w:tc>
          <w:tcPr>
            <w:tcW w:type="dxa" w:w="3402"/>
            <w:vAlign w:val="center"/>
          </w:tcPr>
          <w:p>
            <w:r>
              <w:rPr>
                <w:color w:val="C8C8C8"/>
                <w:sz w:val="20"/>
              </w:rPr>
              <w:t>____________________</w:t>
            </w:r>
          </w:p>
        </w:tc>
      </w:tr>
    </w:tbl>
    <w:p/>
    <w:p>
      <w:pPr>
        <w:jc w:val="center"/>
        <w:shd w:fill="FFF2CC"/>
      </w:pPr>
      <w:r>
        <w:rPr>
          <w:b/>
          <w:color w:val="000000"/>
          <w:sz w:val="18"/>
        </w:rPr>
        <w:t xml:space="preserve">LEGENDA CODICI: </w:t>
      </w:r>
      <w:r>
        <w:rPr>
          <w:i/>
          <w:color w:val="505050"/>
          <w:sz w:val="18"/>
        </w:rPr>
        <w:t>P = Presente  |  A = Assente  |  F = Ferie  |  M = Malattia  |  S = Smart working  |  R = Riposo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</w:tblGrid>
      <w:tr>
        <w:tc>
          <w:tcPr>
            <w:tcW w:type="dxa" w:w="2268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Nome e Cognome</w:t>
            </w:r>
          </w:p>
        </w:tc>
        <w:tc>
          <w:tcPr>
            <w:tcW w:type="dxa" w:w="1701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Ruolo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3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4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5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6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7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8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9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10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11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12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13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14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15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16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17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18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19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20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21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22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23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24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25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26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27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28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29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30</w:t>
            </w:r>
          </w:p>
        </w:tc>
        <w:tc>
          <w:tcPr>
            <w:tcW w:type="dxa" w:w="34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4"/>
              </w:rPr>
              <w:t>31</w:t>
            </w:r>
          </w:p>
        </w:tc>
        <w:tc>
          <w:tcPr>
            <w:tcW w:type="dxa" w:w="85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Tot.</w:t>
              <w:br/>
              <w:t>Presenze</w:t>
            </w:r>
          </w:p>
        </w:tc>
        <w:tc>
          <w:tcPr>
            <w:tcW w:type="dxa" w:w="85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Tot.</w:t>
              <w:br/>
              <w:t>Assenze</w:t>
            </w:r>
          </w:p>
        </w:tc>
        <w:tc>
          <w:tcPr>
            <w:tcW w:type="dxa" w:w="737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Ferie</w:t>
            </w:r>
          </w:p>
        </w:tc>
        <w:tc>
          <w:tcPr>
            <w:tcW w:type="dxa" w:w="850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Malattia</w:t>
            </w:r>
          </w:p>
        </w:tc>
        <w:tc>
          <w:tcPr>
            <w:tcW w:type="dxa" w:w="1417"/>
            <w:vAlign w:val="center"/>
            <w:shd w:fill="4472C4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Firma</w:t>
            </w:r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  <w:tr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E2EFDA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CE4D6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DDEBF7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  <w:shd w:fill="FFF2CC"/>
          </w:tcPr>
          <w:p>
            <w:pPr>
              <w:jc w:val="center"/>
            </w:pPr>
            <w:r/>
          </w:p>
        </w:tc>
        <w:tc>
          <w:tcPr>
            <w:tcW w:type="dxa" w:w="413"/>
            <w:vAlign w:val="center"/>
          </w:tcPr>
          <w:p>
            <w:r/>
          </w:p>
        </w:tc>
      </w:tr>
    </w:tbl>
    <w:p>
      <w:pPr>
        <w:jc w:val="center"/>
      </w:pPr>
      <w:r>
        <w:rPr>
          <w:i/>
          <w:color w:val="808080"/>
          <w:sz w:val="16"/>
        </w:rPr>
        <w:t>Pagina 2 di 2 - Dipendenti 16-30</w:t>
      </w:r>
    </w:p>
    <w:p/>
    <w:p>
      <w:r>
        <w:rPr>
          <w:b/>
          <w:sz w:val="18"/>
        </w:rPr>
        <w:t xml:space="preserve">📋 ISTRUZIONI: </w:t>
      </w:r>
      <w:r>
        <w:rPr>
          <w:sz w:val="16"/>
        </w:rPr>
        <w:t xml:space="preserve">1) Compila i campi intestazione. 2) Inserisci nomi dipendenti e ruoli. </w:t>
      </w:r>
      <w:r>
        <w:rPr>
          <w:sz w:val="16"/>
        </w:rPr>
        <w:t xml:space="preserve">3) Per ogni giorno, scrivi il codice: P (Presente), A (Assente), F (Ferie), M (Malattia), S (Smart working), R (Riposo). </w:t>
      </w:r>
      <w:r>
        <w:rPr>
          <w:sz w:val="16"/>
        </w:rPr>
        <w:t>4) Conta e compila i totali manualmente. 5) Raccogli le firme.</w:t>
      </w:r>
    </w:p>
    <w:sectPr w:rsidR="00FC693F" w:rsidRPr="0006063C" w:rsidSect="00034616">
      <w:pgSz w:w="16838" w:h="11906" w:orient="landscape"/>
      <w:pgMar w:top="680" w:right="567" w:bottom="680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